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חוקי המשחק, העמדות והמגרש בכדורגל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משפחות מילים מעולם הספורט (בעט, שער, שחק)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ערכי ספורט כמו עבודת צוות, כבוד והפסד 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– הבנת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שוער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רק השוער רשאי לגעת בידיים, ורק בתוך הרחבה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תפקידו המרכזי של הקשר בקבוצה.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החלוץ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צהוב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מילה ופירוש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(מגן ועוצר התקפות)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(מחבר בין 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(מנסה לכבוש שערים)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הקבוצות נכנסות למגרש ומתחממות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השופט שורק לתחילת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השחקנים מנסים לכבוש שערים זה מול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הקשר מחבר בין ההגנה להתקפה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שחקן קרוב מדי לשער היריב ברגע המסירה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זה מראה כבוד ליריב וחוסן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לזוגות לתרגול חלק ההתאמה והסדר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עמדות המשחק על לוח או במגרש מצויר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הקצרה, לעודד תלמידים לתת דוגמה אישית מהמגרש או מהטלוויזיה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מה שלמדנו על כדורגל – המגרש, העמדות, החוקים והערכים שמלווים את המשחק.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צהוב  ·  החלוץ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 – הבנת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שחקנים משחקים בכל קבוצה על המגרש במשחק כדורגל 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מגן על השער ומונע כניסת כדורים?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שוער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לכל שחקן לגעת בכדור עם הידיים בכל מקום במגרש.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הקשר הוא שחקן שמחבר בין ההגנה להתקפה.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כש__________ רץ עם הכדור ובועט לשער, הוא מנסה לכבוש גול.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שחקן עובר על חוק המשחק, השופט יכול לתת לו כרטיס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– מילה ופירוש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מחבר בין הגנה להתקפה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מנסה לכבוש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מגן ועוצר התקפות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האירועים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השחקנים מנסים לכבוש שערים זה מול 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הקבוצות נכנסות למגרש ומתחממות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השופט שורק לתחילת המשחק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תפקידו של הקשר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מצב נבדל?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המשחק שכולם אוהבים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