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המשחק, העמדות והמגרש בכדורגל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משפחות מילים מעולם הספורט (בעט, שער, שחק)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ערכי ספורט כמו עבודת צוות, כבוד והפסד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לכבוש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כשהוא קרוב יותר לשער היריב מהמגן האחרון ברגע מסירת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כשהכדור יוצא מהמגרש דרך קו השער בגלל הקבוצה המגנה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השוער רשאי לגעת בידיים, ורק בתוך הרחבה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חוסן הוא להמשיך לנסות למרות קשיים והפסדים.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תפקידו המרכזי של הקשר בקבוצה.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כרטיס אדום מסמן הרחקה עד תום המשחק.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(מגן ועוצר התקפות)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(מנסה לכבוש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(מצב שבו שחקן קרוב מדי לשער היריב)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הקבוצות נכנסות למגרש ומתחממות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לתחילת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השחקנים מנסים לכבוש שערים זה מול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לסיום המחצית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בסיום המשחק הקבוצות לוחצות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השוער שומר על השער ומונע כניסת כדורים, בעוד החלוץ מנסה לכבוש שערים אצל היריבה. שני התפקידים חשובים לקבוצה.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הקשר מחבר בין ההגנה להתקפה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שחקן קרוב מדי לשער היריב ברגע המסירה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זה מראה כבוד ליריב וחוסן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לתרגול חלק ההתאמה והסדר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עמדות המשחק על לוח או במגרש מצויר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הקצרה, לעודד תלמידים לתת דוגמה אישית מהמגרש או מהטלוויזיה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דברים פשוטים על כדורגל – איפה משחקים, מי משחק, ואיך מתנהגים בכבוד.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שמגן ועוצר את היריב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שמחבר בין ההגנה להתקפה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שמנסה לכבוש שערים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נבדל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שחקן קרוב מדי לשער היריב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בעיטת עונשין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בעיטה מיוחדת כשיש עברה ליד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צהוב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אזהרה לשחקן שעבר על חוק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בקבוצה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שומר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החלוץ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לכבוש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לשפוט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לשבת בספסל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שחקן נחשב נבדל?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כשהוא קרוב יותר לשער היריב מהמגן האחרון ברגע מסירת הכדור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כשהוא בועט חזק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כשהוא מקבל כרטיס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כשהוא עובר את קו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נותנים בעיטת קרן?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כשהכדור יוצא מהמגרש דרך קו השער בגלל הקבוצה המגנה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כשהשופט מחליט לעצור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כשיש עברה בתוך הרחבה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בתחילת כל מחצית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לכל שחקן לגעת בכדור עם הידיים בכל מקום במגרש.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נפשי בספורט אומר לוותר מיד כשמפסידים.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הוא שחקן שמחבר בין ההגנה להתקפה.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שמקבל כרטיס אדום יורד מהמגרש עד סוף המשחק.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מגן על השער ומנסה למנוע כניסת כדורים.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כש__________ רץ עם הכדור ובועט לשער, הוא מנסה לכבוש 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שחקן עובר על חוק המשחק, השופט יכול לתת לו כרטיס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"__________" שייכת למשפחת המילים של הפועל "לבעוט".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קבוצה שמפסידה אך ממשיכה לכבד את היריבה מראה הפסד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מחבר בין 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מצב שבו שחקן קרוב מדי לשער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מגן ועוצר התקפות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נבדל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מנסה לכבוש שערים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לסיום המחצית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נכנסות למגרש ומתחממות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המשחק הקבוצות לוחצות ידיים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לתחילת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מנסים לכבוש שערים זה מול 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תפקיד השוער לתפקיד החלוץ.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הקשר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מצב נבדל?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להפסיד בכבוד במשחק ספורט?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