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– המשחק שכולם אוהבים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חוקי המשחק, העמדות והמגרש בכדורגל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משפחות מילים מעולם הספורט (בעט, שער, שחק)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ערכי ספורט כמו עבודת צוות, כבוד והפסד בכבוד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 – הבנת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לכבוש שערים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כשהוא קרוב יותר לשער היריב מהמגן האחרון ברגע מסירת הכדור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כשהכדור יוצא מהמגרש דרך קו השער בגלל הקבוצה המגנה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רק השוער רשאי לגעת בידיים, ורק בתוך הרחבה שלו.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חוסן הוא להמשיך לנסות למרות קשיים והפסדים.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תפקידו המרכזי של הקשר בקבוצה.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כרטיס אדום מסמן הרחקה עד תום המשחק.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החלוץ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צהוב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בעיטה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בכבוד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– מילה ופירוש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(שומר על השער)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(מגן ועוצר התקפות)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(מחבר בין הגנה להתקפה)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(מנסה לכבוש שערים)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(מצב שבו שחקן קרוב מדי לשער היריב)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הקבוצות נכנסות למגרש ומתחממות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השופט שורק לתחילת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השחקנים מנסים לכבוש שערים זה מול 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השופט שורק לסיום המחצית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בסיום המשחק הקבוצות לוחצות ידיים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השוער שומר על השער ומונע כניסת כדורים, בעוד החלוץ מנסה לכבוש שערים אצל היריבה. שני התפקידים חשובים לקבוצה.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הקשר מחבר בין ההגנה להתקפה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שחקן קרוב מדי לשער היריב ברגע המסירה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זה מראה כבוד ליריב וחוסן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לזוגות לתרגול חלק ההתאמה והסדר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עמדות המשחק על לוח או במגרש מצויר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הקצרה, לעודד תלמידים לתת דוגמה אישית מהמגרש או מהטלוויזיה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– המשחק שכולם אוהבים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מה שלמדנו על כדורגל – המגרש, העמדות, החוקים והערכים שמלווים את המשחק.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 – הבנת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שחקנים משחקים בכל קבוצה על המגרש במשחק כדורגל רגיל?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מגן על השער ומונע כניסת כדורים?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תפקידו העיקרי של החלוץ בקבוצה?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להגן על השער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לכבוש שערים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לשפוט את 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לשבת בספסל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שחקן נמצא במצב נבדל?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כשהוא קרוב יותר לשער היריב מהמגן האחרון ברגע מסירת הכדור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כשהוא בועט חזק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כשהוא מקבל כרטיס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כשהוא עובר את קו האמצע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ניתנת בעיטת קרן?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כשהכדור יוצא מהמגרש דרך קו השער בגלל הקבוצה המגנה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כשהשופט מחליט לעצור את 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כשיש עברה בתוך הרחבה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בתחילת כל מחצית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לכל שחקן לגעת בכדור עם הידיים בכל מקום במגרש.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חוסן נפשי בספורט אומר לוותר מיד כשמפסידים.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הקשר הוא שחקן שמחבר בין ההגנה להתקפה.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שחקן שמקבל כרטיס אדום יורד מהמגרש עד סוף המשחק.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מגן על השער ומנסה למנוע כניסת כדורים.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כש__________ רץ עם הכדור ובועט לשער, הוא מנסה לכבוש גול.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כאשר שחקן עובר על חוק המשחק, השופט יכול לתת לו כרטיס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המילה "__________" שייכת למשפחת המילים של הפועל "לבעוט".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קבוצה שמפסידה אך ממשיכה לכבד את היריבה מראה הפסד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– מילה ופירוש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מגן ועוצר התקפות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מחבר בין הגנה להתקפה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מצב שבו שחקן קרוב מדי לשער היריב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חלוץ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שומר על השער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נבדל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מנסה לכבוש שערים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האירועים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השחקנים מנסים לכבוש שערים זה מול זה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בסיום המשחק הקבוצות לוחצות ידיים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השופט שורק לסיום המחצית הראשונה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השופט שורק לתחילת המשחק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הקבוצות נכנסות למגרש ומתחממות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תפקיד השוער לתפקיד החלוץ.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תפקידו של הקשר בקבוצה?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מצב נבדל?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להפסיד בכבוד במשחק ספורט?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כדורגל – המשחק שכולם אוהבים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